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כדור הארץ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בשמירה על הסביבה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צמצום פסולת וחיסכון במשאבים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פעולה אישית וכיתתית למען כדור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22 באפריל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לחזק אהבה ואחריות לסביבה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יום שמביאים אוכל בכלי רב-פעמי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איפה מבזבזים משאבים בבית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צעצוע או קישוט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כמות הפסולת הכיתתית במשך 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הבסיסית של מחזור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כלי רב-פעמי משמש פעמים רבות, בניגוד לחד-פעמי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דוגמה פשוטה לחיסכון באנרגיה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קומפוסט הוא דשן טבעי שמיוצר מפסולת אורגנית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בתוכנית לכיתות התיכון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רב-פעמי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זיהום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קומפוסט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קיימות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(הפיכת פסולת לחומר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(סגירת ברז כשלא 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(דשן טבעי מפסולת אורגנית)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(שימוש חוזר במקום זריקה)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(פגיעה באיכות האוויר מעשן או כימיקלים)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בהכנה ליום כדור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לאסוף פריטים נקיים למיון וליצירה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לתאם יציאה לחצר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לחלק תפקידים לכל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לקיים את הפעילות ביום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לעקוב שבועיים אחרי היוזמה ולשבח התקדמות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פעולה סביבתית מציאותית (למשל חיסכון במים, מחזור, הפחתת אריזות) והסבר קצר ואישי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רעיון מעשי כמו כרזות, פינת מיחזור או אתגר כיתתי, עם הסבר איך זה יעזור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כיבוי מכשירים או אורות שלא בשימוש, ניתוק מטענים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הם יוצרים הרבה פסולת ופוגעים בסביבה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פעולה ירוקה שהתלמידים כבר עושים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דוגמאות אמיתיות (בקבוק, קרטון) כדי להמחיש את פעילות המיון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הסיום אפשר לקשר את הדף לפעילות כיתתית מהדף המקורי, כמו מיפוי טבע או יום בלי אריזות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כדור הארץ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יום כדור הארץ מצוין באפריל ומזכיר לנו שאפשר לדאוג לסביבה בפעולות קטנות ויומיומיות. בדף הזה נתרגל מושגים כמו מחזור, חיסכון וצמצום פסולת.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חל יום כדור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22 באפריל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במאי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ביוני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22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המטרה המרכזית של יום כדור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לחגוג 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לחזק אהבה ואחריות לסביבה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ללמוד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משחקי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'יום בלי אריזות'?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שבו לא אוכלים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שמביאים אוכל בכלי רב-פעמי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שאוספים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שקונים אריזות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בודקים ב'בלשי חשמל ומים'?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 מבזבזים משאבים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הכי חזק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עולה חשמל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בונים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ליצור מחפצים ישנים כמו קרטונים ובקבוקים?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צעצוע או קישוט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נקיים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בוחנים בפרויקט המחקר של חטיבת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כמות הפסולת הכיתתית במשך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התלמידים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השיעורים ביום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מחזור הוא שימוש חוזר בחומרים במקום לזרוק אותם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רב-פעמי משמש פעם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באנרגיה כולל כיבוי מכשירים חשמליים שלא בשימוש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קומפוסט הוא חומר רעיל שאסור לגעת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בכיתות התיכון מוצעת סימולציה של ועידת כדור הארץ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פעולה של הפיכת פסולת לחומר חדש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כלי שאפשר להשתמש בו שוב ושוב נקרא כלי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פגיעה באוויר או במים מחומרים מזיקים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פסולת אורגנית שהופכת לדשן טבעי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דרך חיים ששומרת על משאבי הטבע לעתיד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מחזור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דשן טבעי מפסולת אורגנית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חיסכון במים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פגיעה באיכות האוויר מעשן או כימיקלים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קומפוסט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שימוש חוזר במקום זריקה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כלי רב-פעמי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הפיכת פסולת לחומר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זיהום אוויר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סגירת ברז כשלא צריך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בהכנה ליום כדור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לעקוב שבועיים אחרי היוזמה ולשבח התקדמות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לקיים את הפעילות ביום עצמו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לאסוף פריטים נקיים למיון וליצירה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לתאם יציאה לחצר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לחלק תפקידים לכל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פעולה ירוקה אחת שתוכלו לעשות השבוע בבית או בבית הספר, והסבירו למה בחרתם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רעיון לקמפיין קצר שיעודד את בית הספר לצמצם פסולת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שמתארת שימוש חוזר בפסולת?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פעולה אחת לחיסכון באנרגיה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לצמצם שימוש בכלים חד-פעמיים?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כדור הארץ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