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כדור הארץ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בשמירה על הסביבה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צמצום פסולת וחיסכון במשאבים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פעולה אישית וכיתתית למען כדור הארץ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22 באפריל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יום שמביאים אוכל בכלי רב-פעמי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הבסיסית של מחזור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כלי רב-פעמי משמש פעמים רבות, בניגוד לחד-פעמי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דוגמה פשוטה לחיסכון באנרגיה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רב-פעמי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(הפיכת פסולת לחומר 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(סגירת ברז כשלא צריך)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(דשן טבעי מפסולת אורגנית)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(שימוש חוזר במקום זריקה)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בהכנה ליום כדור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לאסוף פריטים נקיים למיון וליצירה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לתאם יציאה לחצר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לחלק תפקידים לכל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לקיים את הפעילות ביום עצמו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פעולה סביבתית מציאותית (למשל חיסכון במים, מחזור, הפחתת אריזות) והסבר קצר ואישי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מחזור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כיבוי מכשירים או אורות שלא בשימוש, ניתוק מטענים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הם יוצרים הרבה פסולת ופוגעים בסביבה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בדיון קצר על פעולה ירוקה שהתלמידים כבר עושים בבית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להביא דוגמאות אמיתיות (בקבוק, קרטון) כדי להמחיש את פעילות המיון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לקראת הסיום אפשר לקשר את הדף לפעילות כיתתית מהדף המקורי, כמו מיפוי טבע או יום בלי אריזות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כדור הארץ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יום כדור הארץ מצוין באפריל ומזכיר לנו שאפשר לדאוג לסביבה בפעולות קטנות ויומיומיות. בדף הזה נתרגל מושגים כמו מחזור, חיסכון וצמצום פסולת.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רב-פעמי  ·  מחזור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מתי חל יום כדור הארץ?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22 באפריל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 במאי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5 ביוני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זה 'יום בלי אריזות'?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יום שבו לא אוכלים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יום שמביאים אוכל בכלי רב-פעמי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יום שאוספים כסף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מחזור הוא שימוש חוזר בחומרים במקום לזרוק אותם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כלי רב-פעמי משמש פעם אחת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חיסכון באנרגיה כולל כיבוי מכשירים חשמליים שלא בשימוש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פעולה של הפיכת פסולת לחומר חדש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כלי שאפשר להשתמש בו שוב ושוב נקרא כלי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מחזור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סגירת ברז כשלא צריך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חיסכון במים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דשן טבעי מפסולת אורגנית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קומפוסט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שימוש חוזר במקום זריקה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כלי רב-פעמי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הפיכת פסולת לחומר חדש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הפעולות בהכנה ליום כדור הארץ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לתאם יציאה לחצר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לחלק תפקידים לכל אחד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לקיים את הפעילות ביום עצמו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לאסוף פריטים נקיים למיון וליצירה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פעולה ירוקה אחת שתוכלו לעשות השבוע בבית או בבית הספר, והסבירו למה בחרתם 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המילה שמתארת שימוש חוזר בפסולת?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פעולה אחת לחיסכון באנרגיה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כדור הארץ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